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BB69CE" w14:textId="77777777" w:rsidR="00F850EF" w:rsidRDefault="00F850EF">
      <w:pPr>
        <w:spacing w:after="280"/>
      </w:pPr>
    </w:p>
    <w:p w14:paraId="78D6E551" w14:textId="77777777" w:rsidR="00F850EF" w:rsidRDefault="00E3715D">
      <w:pPr>
        <w:spacing w:after="280"/>
      </w:pPr>
      <w:proofErr w:type="spellStart"/>
      <w:r>
        <w:rPr>
          <w:b/>
          <w:sz w:val="30"/>
        </w:rPr>
        <w:t>Overeenkomst</w:t>
      </w:r>
      <w:proofErr w:type="spellEnd"/>
      <w:r>
        <w:rPr>
          <w:b/>
          <w:sz w:val="30"/>
        </w:rPr>
        <w:t xml:space="preserve"> </w:t>
      </w:r>
      <w:proofErr w:type="spellStart"/>
      <w:r>
        <w:rPr>
          <w:b/>
          <w:sz w:val="30"/>
        </w:rPr>
        <w:t>kleding</w:t>
      </w:r>
      <w:proofErr w:type="spellEnd"/>
      <w:r>
        <w:rPr>
          <w:b/>
          <w:sz w:val="30"/>
        </w:rPr>
        <w:t xml:space="preserve"> VVGZ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70"/>
        <w:gridCol w:w="8391"/>
      </w:tblGrid>
      <w:tr w:rsidR="00F850EF" w14:paraId="318DACAA" w14:textId="77777777">
        <w:tc>
          <w:tcPr>
            <w:tcW w:w="1134" w:type="dxa"/>
            <w:vAlign w:val="center"/>
          </w:tcPr>
          <w:p w14:paraId="67283A54" w14:textId="77777777" w:rsidR="00F850EF" w:rsidRDefault="00E3715D">
            <w:pPr>
              <w:spacing w:before="20" w:after="60" w:line="240" w:lineRule="auto"/>
            </w:pPr>
            <w:r>
              <w:rPr>
                <w:b/>
              </w:rPr>
              <w:t>NAAM:</w:t>
            </w:r>
          </w:p>
        </w:tc>
        <w:tc>
          <w:tcPr>
            <w:tcW w:w="8391" w:type="dxa"/>
            <w:vAlign w:val="center"/>
          </w:tcPr>
          <w:p w14:paraId="0D52838F" w14:textId="77777777" w:rsidR="00F850EF" w:rsidRDefault="00E3715D">
            <w:pPr>
              <w:spacing w:before="20" w:after="60" w:line="240" w:lineRule="auto"/>
            </w:pPr>
            <w:r>
              <w:rPr>
                <w:sz w:val="22"/>
              </w:rPr>
              <w:t>........................................................................................</w:t>
            </w:r>
          </w:p>
        </w:tc>
      </w:tr>
      <w:tr w:rsidR="00F850EF" w14:paraId="1E10CDE6" w14:textId="77777777">
        <w:tc>
          <w:tcPr>
            <w:tcW w:w="1134" w:type="dxa"/>
            <w:vAlign w:val="center"/>
          </w:tcPr>
          <w:p w14:paraId="2325B393" w14:textId="77777777" w:rsidR="00F850EF" w:rsidRDefault="00E3715D">
            <w:pPr>
              <w:spacing w:before="20" w:after="60" w:line="240" w:lineRule="auto"/>
            </w:pPr>
            <w:r>
              <w:rPr>
                <w:b/>
              </w:rPr>
              <w:t>TEAM:</w:t>
            </w:r>
          </w:p>
        </w:tc>
        <w:tc>
          <w:tcPr>
            <w:tcW w:w="8391" w:type="dxa"/>
            <w:vAlign w:val="center"/>
          </w:tcPr>
          <w:p w14:paraId="7866E29E" w14:textId="77777777" w:rsidR="00F850EF" w:rsidRDefault="00E3715D">
            <w:pPr>
              <w:spacing w:before="20" w:after="60" w:line="240" w:lineRule="auto"/>
            </w:pPr>
            <w:r>
              <w:rPr>
                <w:sz w:val="22"/>
              </w:rPr>
              <w:t>........................................................................................</w:t>
            </w:r>
          </w:p>
        </w:tc>
      </w:tr>
      <w:tr w:rsidR="00F850EF" w14:paraId="47B02C88" w14:textId="77777777">
        <w:tc>
          <w:tcPr>
            <w:tcW w:w="5270" w:type="dxa"/>
          </w:tcPr>
          <w:p w14:paraId="05B7A5D5" w14:textId="77777777" w:rsidR="00F850EF" w:rsidRDefault="00E3715D">
            <w:pPr>
              <w:spacing w:after="0"/>
            </w:pPr>
            <w:r>
              <w:rPr>
                <w:b/>
                <w:sz w:val="24"/>
              </w:rPr>
              <w:t>NR KL PLAN:</w:t>
            </w:r>
          </w:p>
        </w:tc>
        <w:tc>
          <w:tcPr>
            <w:tcW w:w="5270" w:type="dxa"/>
          </w:tcPr>
          <w:p w14:paraId="71619579" w14:textId="77777777" w:rsidR="00F850EF" w:rsidRDefault="00E3715D">
            <w:pPr>
              <w:spacing w:after="0"/>
            </w:pPr>
            <w:r>
              <w:rPr>
                <w:sz w:val="22"/>
              </w:rPr>
              <w:t>........................</w:t>
            </w:r>
          </w:p>
        </w:tc>
      </w:tr>
    </w:tbl>
    <w:p w14:paraId="4CA934B2" w14:textId="77777777" w:rsidR="00F850EF" w:rsidRDefault="00E3715D">
      <w:pPr>
        <w:spacing w:before="60"/>
      </w:pPr>
      <w:r>
        <w:t xml:space="preserve">Als lid van de </w:t>
      </w:r>
      <w:proofErr w:type="spellStart"/>
      <w:r>
        <w:t>voetbalvereniging</w:t>
      </w:r>
      <w:proofErr w:type="spellEnd"/>
      <w:r>
        <w:t xml:space="preserve"> VVGZ </w:t>
      </w:r>
      <w:proofErr w:type="spellStart"/>
      <w:r>
        <w:t>en</w:t>
      </w:r>
      <w:proofErr w:type="spellEnd"/>
      <w:r>
        <w:t xml:space="preserve"> </w:t>
      </w:r>
      <w:proofErr w:type="spellStart"/>
      <w:r>
        <w:t>speler</w:t>
      </w:r>
      <w:proofErr w:type="spellEnd"/>
      <w:r>
        <w:t xml:space="preserve"> van </w:t>
      </w:r>
      <w:proofErr w:type="spellStart"/>
      <w:r>
        <w:t>een</w:t>
      </w:r>
      <w:proofErr w:type="spellEnd"/>
      <w:r>
        <w:t xml:space="preserve"> team </w:t>
      </w:r>
      <w:proofErr w:type="spellStart"/>
      <w:r>
        <w:t>heb</w:t>
      </w:r>
      <w:proofErr w:type="spellEnd"/>
      <w:r>
        <w:t xml:space="preserve"> je van </w:t>
      </w:r>
      <w:proofErr w:type="spellStart"/>
      <w:r>
        <w:t>ons</w:t>
      </w:r>
      <w:proofErr w:type="spellEnd"/>
      <w:r>
        <w:t xml:space="preserve"> de </w:t>
      </w:r>
      <w:proofErr w:type="spellStart"/>
      <w:r>
        <w:t>volgende</w:t>
      </w:r>
      <w:proofErr w:type="spellEnd"/>
      <w:r>
        <w:t xml:space="preserve"> </w:t>
      </w:r>
      <w:proofErr w:type="spellStart"/>
      <w:r>
        <w:t>kleding</w:t>
      </w:r>
      <w:proofErr w:type="spellEnd"/>
      <w:r>
        <w:t xml:space="preserve"> in </w:t>
      </w:r>
      <w:proofErr w:type="spellStart"/>
      <w:r>
        <w:t>bruikleen</w:t>
      </w:r>
      <w:proofErr w:type="spellEnd"/>
      <w:r>
        <w:t xml:space="preserve"> </w:t>
      </w:r>
      <w:proofErr w:type="spellStart"/>
      <w:r>
        <w:t>ontvangen</w:t>
      </w:r>
      <w:proofErr w:type="spellEnd"/>
      <w: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706"/>
      </w:tblGrid>
      <w:tr w:rsidR="00F850EF" w14:paraId="156EE0F1" w14:textId="77777777">
        <w:tc>
          <w:tcPr>
            <w:tcW w:w="4819" w:type="dxa"/>
            <w:vAlign w:val="center"/>
          </w:tcPr>
          <w:p w14:paraId="125781F5" w14:textId="77777777" w:rsidR="00F850EF" w:rsidRDefault="00E3715D">
            <w:pPr>
              <w:spacing w:before="20" w:after="60" w:line="240" w:lineRule="auto"/>
            </w:pPr>
            <w:r>
              <w:t xml:space="preserve">- 1 x </w:t>
            </w:r>
            <w:proofErr w:type="spellStart"/>
            <w:r>
              <w:t>wedstrijdshirt</w:t>
            </w:r>
            <w:proofErr w:type="spellEnd"/>
          </w:p>
        </w:tc>
        <w:tc>
          <w:tcPr>
            <w:tcW w:w="4706" w:type="dxa"/>
            <w:vAlign w:val="center"/>
          </w:tcPr>
          <w:p w14:paraId="4221600E" w14:textId="77777777" w:rsidR="00F850EF" w:rsidRDefault="00E3715D">
            <w:pPr>
              <w:spacing w:before="20" w:after="60" w:line="240" w:lineRule="auto"/>
            </w:pPr>
            <w:proofErr w:type="spellStart"/>
            <w:r>
              <w:rPr>
                <w:sz w:val="22"/>
              </w:rPr>
              <w:t>maat</w:t>
            </w:r>
            <w:proofErr w:type="spellEnd"/>
            <w:r>
              <w:rPr>
                <w:sz w:val="22"/>
              </w:rPr>
              <w:t xml:space="preserve"> shirt: ................................</w:t>
            </w:r>
          </w:p>
        </w:tc>
      </w:tr>
      <w:tr w:rsidR="00F850EF" w14:paraId="34361826" w14:textId="77777777">
        <w:tc>
          <w:tcPr>
            <w:tcW w:w="4819" w:type="dxa"/>
            <w:vAlign w:val="center"/>
          </w:tcPr>
          <w:p w14:paraId="59B82796" w14:textId="77777777" w:rsidR="00F850EF" w:rsidRDefault="00E3715D">
            <w:pPr>
              <w:spacing w:before="20" w:after="60" w:line="240" w:lineRule="auto"/>
            </w:pPr>
            <w:r>
              <w:t>- 1 x short</w:t>
            </w:r>
          </w:p>
        </w:tc>
        <w:tc>
          <w:tcPr>
            <w:tcW w:w="4706" w:type="dxa"/>
            <w:vAlign w:val="center"/>
          </w:tcPr>
          <w:p w14:paraId="08D37B83" w14:textId="77777777" w:rsidR="00F850EF" w:rsidRDefault="00E3715D">
            <w:pPr>
              <w:spacing w:before="20" w:after="60" w:line="240" w:lineRule="auto"/>
            </w:pPr>
            <w:proofErr w:type="spellStart"/>
            <w:r>
              <w:rPr>
                <w:sz w:val="22"/>
              </w:rPr>
              <w:t>maat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broek</w:t>
            </w:r>
            <w:proofErr w:type="spellEnd"/>
            <w:r>
              <w:rPr>
                <w:sz w:val="22"/>
              </w:rPr>
              <w:t>: ................................</w:t>
            </w:r>
          </w:p>
        </w:tc>
      </w:tr>
      <w:tr w:rsidR="00F850EF" w14:paraId="284F8E46" w14:textId="77777777">
        <w:tc>
          <w:tcPr>
            <w:tcW w:w="4819" w:type="dxa"/>
            <w:vAlign w:val="center"/>
          </w:tcPr>
          <w:p w14:paraId="1A492F31" w14:textId="77777777" w:rsidR="00F850EF" w:rsidRDefault="00E3715D">
            <w:pPr>
              <w:spacing w:before="20" w:after="60" w:line="240" w:lineRule="auto"/>
            </w:pPr>
            <w:r>
              <w:t xml:space="preserve">- 2 x </w:t>
            </w:r>
            <w:proofErr w:type="spellStart"/>
            <w:r>
              <w:t>kousen</w:t>
            </w:r>
            <w:proofErr w:type="spellEnd"/>
          </w:p>
        </w:tc>
        <w:tc>
          <w:tcPr>
            <w:tcW w:w="4706" w:type="dxa"/>
            <w:vAlign w:val="center"/>
          </w:tcPr>
          <w:p w14:paraId="04A425EC" w14:textId="77777777" w:rsidR="00F850EF" w:rsidRDefault="00E3715D">
            <w:pPr>
              <w:spacing w:before="20" w:after="60" w:line="240" w:lineRule="auto"/>
            </w:pPr>
            <w:proofErr w:type="spellStart"/>
            <w:r>
              <w:rPr>
                <w:sz w:val="22"/>
              </w:rPr>
              <w:t>maat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sokken</w:t>
            </w:r>
            <w:proofErr w:type="spellEnd"/>
            <w:r>
              <w:rPr>
                <w:sz w:val="22"/>
              </w:rPr>
              <w:t>: ................................</w:t>
            </w:r>
          </w:p>
        </w:tc>
      </w:tr>
      <w:tr w:rsidR="00F850EF" w14:paraId="2AF5674D" w14:textId="77777777">
        <w:tc>
          <w:tcPr>
            <w:tcW w:w="4819" w:type="dxa"/>
            <w:vAlign w:val="center"/>
          </w:tcPr>
          <w:p w14:paraId="0F11EE79" w14:textId="77777777" w:rsidR="00F850EF" w:rsidRDefault="00E3715D">
            <w:pPr>
              <w:spacing w:before="20" w:after="60" w:line="240" w:lineRule="auto"/>
            </w:pPr>
            <w:r>
              <w:t xml:space="preserve">- Trainingspak, </w:t>
            </w:r>
            <w:proofErr w:type="spellStart"/>
            <w:r>
              <w:t>jas</w:t>
            </w:r>
            <w:proofErr w:type="spellEnd"/>
          </w:p>
        </w:tc>
        <w:tc>
          <w:tcPr>
            <w:tcW w:w="4706" w:type="dxa"/>
            <w:vAlign w:val="center"/>
          </w:tcPr>
          <w:p w14:paraId="3DF63FAB" w14:textId="77777777" w:rsidR="00F850EF" w:rsidRDefault="00E3715D">
            <w:pPr>
              <w:spacing w:before="20" w:after="60" w:line="240" w:lineRule="auto"/>
            </w:pPr>
            <w:proofErr w:type="spellStart"/>
            <w:r>
              <w:rPr>
                <w:sz w:val="22"/>
              </w:rPr>
              <w:t>maat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trainingspak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jasje</w:t>
            </w:r>
            <w:proofErr w:type="spellEnd"/>
            <w:r>
              <w:rPr>
                <w:sz w:val="22"/>
              </w:rPr>
              <w:t>: ................................</w:t>
            </w:r>
          </w:p>
        </w:tc>
      </w:tr>
      <w:tr w:rsidR="00F850EF" w14:paraId="4B7D7863" w14:textId="77777777">
        <w:tc>
          <w:tcPr>
            <w:tcW w:w="4819" w:type="dxa"/>
            <w:vAlign w:val="center"/>
          </w:tcPr>
          <w:p w14:paraId="2388C932" w14:textId="77777777" w:rsidR="00F850EF" w:rsidRDefault="00E3715D">
            <w:pPr>
              <w:spacing w:before="20" w:after="60" w:line="240" w:lineRule="auto"/>
            </w:pPr>
            <w:r>
              <w:t xml:space="preserve">- Trainingspak, </w:t>
            </w:r>
            <w:proofErr w:type="spellStart"/>
            <w:r>
              <w:t>broek</w:t>
            </w:r>
            <w:proofErr w:type="spellEnd"/>
          </w:p>
        </w:tc>
        <w:tc>
          <w:tcPr>
            <w:tcW w:w="4706" w:type="dxa"/>
            <w:vAlign w:val="center"/>
          </w:tcPr>
          <w:p w14:paraId="519B3CEF" w14:textId="77777777" w:rsidR="00F850EF" w:rsidRDefault="00E3715D">
            <w:pPr>
              <w:spacing w:before="20" w:after="60" w:line="240" w:lineRule="auto"/>
            </w:pPr>
            <w:proofErr w:type="spellStart"/>
            <w:r>
              <w:rPr>
                <w:sz w:val="22"/>
              </w:rPr>
              <w:t>maat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trainingspak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broek</w:t>
            </w:r>
            <w:proofErr w:type="spellEnd"/>
            <w:r>
              <w:rPr>
                <w:sz w:val="22"/>
              </w:rPr>
              <w:t>: ................................</w:t>
            </w:r>
          </w:p>
        </w:tc>
      </w:tr>
      <w:tr w:rsidR="00F850EF" w14:paraId="664E9195" w14:textId="77777777">
        <w:tc>
          <w:tcPr>
            <w:tcW w:w="4819" w:type="dxa"/>
            <w:vAlign w:val="center"/>
          </w:tcPr>
          <w:p w14:paraId="27804675" w14:textId="77777777" w:rsidR="00F850EF" w:rsidRDefault="00E3715D">
            <w:pPr>
              <w:spacing w:before="20" w:after="60" w:line="240" w:lineRule="auto"/>
            </w:pPr>
            <w:r>
              <w:t xml:space="preserve">- </w:t>
            </w:r>
            <w:proofErr w:type="spellStart"/>
            <w:r>
              <w:t>Keeperstenue</w:t>
            </w:r>
            <w:proofErr w:type="spellEnd"/>
          </w:p>
        </w:tc>
        <w:tc>
          <w:tcPr>
            <w:tcW w:w="4706" w:type="dxa"/>
            <w:vAlign w:val="center"/>
          </w:tcPr>
          <w:p w14:paraId="7F1BBDD5" w14:textId="77777777" w:rsidR="00F850EF" w:rsidRDefault="00E3715D">
            <w:pPr>
              <w:spacing w:before="20" w:after="60" w:line="240" w:lineRule="auto"/>
            </w:pPr>
            <w:proofErr w:type="spellStart"/>
            <w:r>
              <w:rPr>
                <w:sz w:val="22"/>
              </w:rPr>
              <w:t>maat</w:t>
            </w:r>
            <w:proofErr w:type="spellEnd"/>
            <w:r>
              <w:rPr>
                <w:sz w:val="22"/>
              </w:rPr>
              <w:t>: ................................</w:t>
            </w:r>
          </w:p>
        </w:tc>
      </w:tr>
    </w:tbl>
    <w:p w14:paraId="6F33EF0C" w14:textId="77777777" w:rsidR="00F850EF" w:rsidRDefault="00E3715D">
      <w:pPr>
        <w:spacing w:before="60"/>
      </w:pPr>
      <w:r>
        <w:t xml:space="preserve">De tenues die je van VVGZ in </w:t>
      </w:r>
      <w:proofErr w:type="spellStart"/>
      <w:r>
        <w:t>bruikleen</w:t>
      </w:r>
      <w:proofErr w:type="spellEnd"/>
      <w:r>
        <w:t xml:space="preserve"> </w:t>
      </w:r>
      <w:proofErr w:type="spellStart"/>
      <w:r>
        <w:t>hebt</w:t>
      </w:r>
      <w:proofErr w:type="spellEnd"/>
      <w:r>
        <w:t xml:space="preserve"> </w:t>
      </w:r>
      <w:proofErr w:type="spellStart"/>
      <w:r>
        <w:t>ontvangen</w:t>
      </w:r>
      <w:proofErr w:type="spellEnd"/>
      <w:r>
        <w:t xml:space="preserve">, </w:t>
      </w:r>
      <w:proofErr w:type="spellStart"/>
      <w:r>
        <w:t>zijn</w:t>
      </w:r>
      <w:proofErr w:type="spellEnd"/>
      <w:r>
        <w:t xml:space="preserve"> </w:t>
      </w:r>
      <w:proofErr w:type="spellStart"/>
      <w:r>
        <w:t>bestemd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</w:t>
      </w:r>
      <w:proofErr w:type="spellStart"/>
      <w:r>
        <w:t>gebruik</w:t>
      </w:r>
      <w:proofErr w:type="spellEnd"/>
      <w:r>
        <w:t xml:space="preserve"> op </w:t>
      </w:r>
      <w:proofErr w:type="spellStart"/>
      <w:r>
        <w:t>wedstrijddagen</w:t>
      </w:r>
      <w:proofErr w:type="spellEnd"/>
      <w:r>
        <w:t xml:space="preserve">. Het is </w:t>
      </w:r>
      <w:proofErr w:type="spellStart"/>
      <w:r>
        <w:t>ook</w:t>
      </w:r>
      <w:proofErr w:type="spellEnd"/>
      <w:r>
        <w:t xml:space="preserve"> </w:t>
      </w:r>
      <w:proofErr w:type="spellStart"/>
      <w:r>
        <w:t>toegestaan</w:t>
      </w:r>
      <w:proofErr w:type="spellEnd"/>
      <w:r>
        <w:t xml:space="preserve"> het </w:t>
      </w:r>
      <w:proofErr w:type="spellStart"/>
      <w:r>
        <w:t>trainingspak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gebruiken</w:t>
      </w:r>
      <w:proofErr w:type="spellEnd"/>
      <w:r>
        <w:t xml:space="preserve"> </w:t>
      </w:r>
      <w:proofErr w:type="spellStart"/>
      <w:r>
        <w:t>tijdens</w:t>
      </w:r>
      <w:proofErr w:type="spellEnd"/>
      <w:r>
        <w:t xml:space="preserve"> </w:t>
      </w:r>
      <w:proofErr w:type="spellStart"/>
      <w:r>
        <w:t>trainingen</w:t>
      </w:r>
      <w:proofErr w:type="spellEnd"/>
      <w:r>
        <w:t xml:space="preserve">. Het </w:t>
      </w:r>
      <w:proofErr w:type="spellStart"/>
      <w:r>
        <w:t>trainingspak</w:t>
      </w:r>
      <w:proofErr w:type="spellEnd"/>
      <w:r>
        <w:t xml:space="preserve"> </w:t>
      </w:r>
      <w:proofErr w:type="spellStart"/>
      <w:r>
        <w:t>dient</w:t>
      </w:r>
      <w:proofErr w:type="spellEnd"/>
      <w:r>
        <w:t xml:space="preserve"> </w:t>
      </w:r>
      <w:proofErr w:type="spellStart"/>
      <w:r>
        <w:t>alleen</w:t>
      </w:r>
      <w:proofErr w:type="spellEnd"/>
      <w:r>
        <w:t xml:space="preserve"> </w:t>
      </w:r>
      <w:proofErr w:type="spellStart"/>
      <w:r>
        <w:t>gedragen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voorafgaand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, </w:t>
      </w:r>
      <w:proofErr w:type="spellStart"/>
      <w:r>
        <w:t>tijdens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afloop</w:t>
      </w:r>
      <w:proofErr w:type="spellEnd"/>
      <w:r>
        <w:t xml:space="preserve"> van </w:t>
      </w:r>
      <w:proofErr w:type="spellStart"/>
      <w:r>
        <w:t>trainingen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wedstrijden</w:t>
      </w:r>
      <w:proofErr w:type="spellEnd"/>
      <w:r>
        <w:t xml:space="preserve">. </w:t>
      </w:r>
      <w:proofErr w:type="spellStart"/>
      <w:r>
        <w:t>Niet</w:t>
      </w:r>
      <w:proofErr w:type="spellEnd"/>
      <w:r>
        <w:t xml:space="preserve"> in de </w:t>
      </w:r>
      <w:proofErr w:type="spellStart"/>
      <w:r>
        <w:t>vrije</w:t>
      </w:r>
      <w:proofErr w:type="spellEnd"/>
      <w:r>
        <w:t xml:space="preserve"> </w:t>
      </w:r>
      <w:proofErr w:type="spellStart"/>
      <w:r>
        <w:t>tijd</w:t>
      </w:r>
      <w:proofErr w:type="spellEnd"/>
      <w:r>
        <w:t xml:space="preserve">, of op </w:t>
      </w:r>
      <w:proofErr w:type="spellStart"/>
      <w:r>
        <w:t>vakantie</w:t>
      </w:r>
      <w:proofErr w:type="spellEnd"/>
      <w:r>
        <w:t>.</w:t>
      </w:r>
    </w:p>
    <w:p w14:paraId="36668B1B" w14:textId="77777777" w:rsidR="00F850EF" w:rsidRDefault="00E3715D">
      <w:r>
        <w:rPr>
          <w:sz w:val="24"/>
        </w:rPr>
        <w:t xml:space="preserve">VVGZ </w:t>
      </w:r>
      <w:proofErr w:type="spellStart"/>
      <w:r>
        <w:rPr>
          <w:sz w:val="24"/>
        </w:rPr>
        <w:t>vraagt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gedurende</w:t>
      </w:r>
      <w:proofErr w:type="spellEnd"/>
      <w:r>
        <w:rPr>
          <w:sz w:val="24"/>
        </w:rPr>
        <w:t xml:space="preserve"> 3 </w:t>
      </w:r>
      <w:proofErr w:type="spellStart"/>
      <w:r>
        <w:rPr>
          <w:sz w:val="24"/>
        </w:rPr>
        <w:t>jaar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een</w:t>
      </w:r>
      <w:proofErr w:type="spellEnd"/>
      <w:r>
        <w:rPr>
          <w:sz w:val="24"/>
        </w:rPr>
        <w:t xml:space="preserve"> eigen </w:t>
      </w:r>
      <w:proofErr w:type="spellStart"/>
      <w:r>
        <w:rPr>
          <w:sz w:val="24"/>
        </w:rPr>
        <w:t>bijdrage</w:t>
      </w:r>
      <w:proofErr w:type="spellEnd"/>
      <w:r>
        <w:rPr>
          <w:sz w:val="24"/>
        </w:rPr>
        <w:t xml:space="preserve"> van € 35 per </w:t>
      </w:r>
      <w:proofErr w:type="spellStart"/>
      <w:r>
        <w:rPr>
          <w:sz w:val="24"/>
        </w:rPr>
        <w:t>jaar</w:t>
      </w:r>
      <w:proofErr w:type="spellEnd"/>
      <w:r>
        <w:rPr>
          <w:sz w:val="24"/>
        </w:rPr>
        <w:t xml:space="preserve">. Voor alle </w:t>
      </w:r>
      <w:proofErr w:type="spellStart"/>
      <w:r>
        <w:rPr>
          <w:sz w:val="24"/>
        </w:rPr>
        <w:t>spelertjes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speelstertjes</w:t>
      </w:r>
      <w:proofErr w:type="spellEnd"/>
      <w:r>
        <w:rPr>
          <w:sz w:val="24"/>
        </w:rPr>
        <w:t xml:space="preserve"> van JO7/mini's </w:t>
      </w:r>
      <w:proofErr w:type="spellStart"/>
      <w:r>
        <w:rPr>
          <w:sz w:val="24"/>
        </w:rPr>
        <w:t>zal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geen</w:t>
      </w:r>
      <w:proofErr w:type="spellEnd"/>
      <w:r>
        <w:rPr>
          <w:sz w:val="24"/>
        </w:rPr>
        <w:t xml:space="preserve"> eigen </w:t>
      </w:r>
      <w:proofErr w:type="spellStart"/>
      <w:r>
        <w:rPr>
          <w:sz w:val="24"/>
        </w:rPr>
        <w:t>bijdrage</w:t>
      </w:r>
      <w:proofErr w:type="spellEnd"/>
      <w:r>
        <w:rPr>
          <w:sz w:val="24"/>
        </w:rPr>
        <w:t xml:space="preserve"> (à € 35,00 per </w:t>
      </w:r>
      <w:proofErr w:type="spellStart"/>
      <w:r>
        <w:rPr>
          <w:sz w:val="24"/>
        </w:rPr>
        <w:t>jaar</w:t>
      </w:r>
      <w:proofErr w:type="spellEnd"/>
      <w:r>
        <w:rPr>
          <w:sz w:val="24"/>
        </w:rPr>
        <w:t xml:space="preserve">) </w:t>
      </w:r>
      <w:proofErr w:type="spellStart"/>
      <w:r>
        <w:rPr>
          <w:sz w:val="24"/>
        </w:rPr>
        <w:t>worden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doorberekend</w:t>
      </w:r>
      <w:proofErr w:type="spellEnd"/>
      <w:r>
        <w:rPr>
          <w:sz w:val="24"/>
        </w:rPr>
        <w:t xml:space="preserve">. De </w:t>
      </w:r>
      <w:proofErr w:type="spellStart"/>
      <w:r>
        <w:rPr>
          <w:sz w:val="24"/>
        </w:rPr>
        <w:t>kleding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blijft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eigendom</w:t>
      </w:r>
      <w:proofErr w:type="spellEnd"/>
      <w:r>
        <w:rPr>
          <w:sz w:val="24"/>
        </w:rPr>
        <w:t xml:space="preserve"> van VVGZ. Als </w:t>
      </w:r>
      <w:proofErr w:type="spellStart"/>
      <w:r>
        <w:rPr>
          <w:sz w:val="24"/>
        </w:rPr>
        <w:t>kleding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klein</w:t>
      </w:r>
      <w:proofErr w:type="spellEnd"/>
      <w:r>
        <w:rPr>
          <w:sz w:val="24"/>
        </w:rPr>
        <w:t xml:space="preserve"> is/</w:t>
      </w:r>
      <w:proofErr w:type="spellStart"/>
      <w:r>
        <w:rPr>
          <w:sz w:val="24"/>
        </w:rPr>
        <w:t>gaat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worden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gemeld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worden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bij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kledingcoördinator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daarna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omgeruild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worden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bij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Voorwinden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Ophalen</w:t>
      </w:r>
      <w:proofErr w:type="spellEnd"/>
      <w:r>
        <w:rPr>
          <w:sz w:val="24"/>
        </w:rPr>
        <w:t xml:space="preserve"> of </w:t>
      </w:r>
      <w:proofErr w:type="spellStart"/>
      <w:r>
        <w:rPr>
          <w:sz w:val="24"/>
        </w:rPr>
        <w:t>ruilen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bij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Voorwinden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alleen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overleg</w:t>
      </w:r>
      <w:proofErr w:type="spellEnd"/>
      <w:r>
        <w:rPr>
          <w:sz w:val="24"/>
        </w:rPr>
        <w:t xml:space="preserve">/melding </w:t>
      </w:r>
      <w:proofErr w:type="spellStart"/>
      <w:r>
        <w:rPr>
          <w:sz w:val="24"/>
        </w:rPr>
        <w:t>bij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coördinator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kledingplan</w:t>
      </w:r>
      <w:proofErr w:type="spellEnd"/>
      <w:r>
        <w:rPr>
          <w:sz w:val="24"/>
        </w:rPr>
        <w:t xml:space="preserve"> VVGZ.</w:t>
      </w:r>
    </w:p>
    <w:p w14:paraId="16F36C71" w14:textId="77777777" w:rsidR="00F850EF" w:rsidRDefault="00E3715D">
      <w:r>
        <w:t xml:space="preserve">Om er </w:t>
      </w:r>
      <w:proofErr w:type="spellStart"/>
      <w:r>
        <w:t>zeker</w:t>
      </w:r>
      <w:proofErr w:type="spellEnd"/>
      <w:r>
        <w:t xml:space="preserve"> van </w:t>
      </w:r>
      <w:proofErr w:type="spellStart"/>
      <w:r>
        <w:t>te</w:t>
      </w:r>
      <w:proofErr w:type="spellEnd"/>
      <w:r>
        <w:t xml:space="preserve"> </w:t>
      </w:r>
      <w:proofErr w:type="spellStart"/>
      <w:r>
        <w:t>zijn</w:t>
      </w:r>
      <w:proofErr w:type="spellEnd"/>
      <w:r>
        <w:t xml:space="preserve">, </w:t>
      </w:r>
      <w:proofErr w:type="spellStart"/>
      <w:r>
        <w:t>dat</w:t>
      </w:r>
      <w:proofErr w:type="spellEnd"/>
      <w:r>
        <w:t xml:space="preserve"> de </w:t>
      </w:r>
      <w:proofErr w:type="spellStart"/>
      <w:r>
        <w:t>kleding</w:t>
      </w:r>
      <w:proofErr w:type="spellEnd"/>
      <w:r>
        <w:t xml:space="preserve"> </w:t>
      </w:r>
      <w:proofErr w:type="spellStart"/>
      <w:r>
        <w:t>ook</w:t>
      </w:r>
      <w:proofErr w:type="spellEnd"/>
      <w:r>
        <w:t xml:space="preserve"> </w:t>
      </w:r>
      <w:proofErr w:type="spellStart"/>
      <w:r>
        <w:t>weer</w:t>
      </w:r>
      <w:proofErr w:type="spellEnd"/>
      <w:r>
        <w:t xml:space="preserve"> </w:t>
      </w:r>
      <w:proofErr w:type="spellStart"/>
      <w:r>
        <w:t>bij</w:t>
      </w:r>
      <w:proofErr w:type="spellEnd"/>
      <w:r>
        <w:t xml:space="preserve"> VVGZ </w:t>
      </w:r>
      <w:proofErr w:type="spellStart"/>
      <w:r>
        <w:t>terugkomt</w:t>
      </w:r>
      <w:proofErr w:type="spellEnd"/>
      <w:r>
        <w:t xml:space="preserve">, </w:t>
      </w:r>
      <w:proofErr w:type="spellStart"/>
      <w:r>
        <w:t>wanneer</w:t>
      </w:r>
      <w:proofErr w:type="spellEnd"/>
      <w:r>
        <w:t xml:space="preserve"> je </w:t>
      </w:r>
      <w:proofErr w:type="spellStart"/>
      <w:r>
        <w:t>stopt</w:t>
      </w:r>
      <w:proofErr w:type="spellEnd"/>
      <w:r>
        <w:t xml:space="preserve"> met </w:t>
      </w:r>
      <w:proofErr w:type="spellStart"/>
      <w:r>
        <w:t>voetballen</w:t>
      </w:r>
      <w:proofErr w:type="spellEnd"/>
      <w:r>
        <w:t xml:space="preserve"> of </w:t>
      </w:r>
      <w:proofErr w:type="spellStart"/>
      <w:r>
        <w:t>naar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andere</w:t>
      </w:r>
      <w:proofErr w:type="spellEnd"/>
      <w:r>
        <w:t xml:space="preserve"> club </w:t>
      </w:r>
      <w:proofErr w:type="spellStart"/>
      <w:r>
        <w:t>gaat</w:t>
      </w:r>
      <w:proofErr w:type="spellEnd"/>
      <w:r>
        <w:t xml:space="preserve">, is het </w:t>
      </w:r>
      <w:proofErr w:type="spellStart"/>
      <w:r>
        <w:t>noodzakelijk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</w:t>
      </w:r>
      <w:proofErr w:type="spellStart"/>
      <w:r>
        <w:t>dit</w:t>
      </w:r>
      <w:proofErr w:type="spellEnd"/>
      <w:r>
        <w:t xml:space="preserve"> </w:t>
      </w:r>
      <w:proofErr w:type="spellStart"/>
      <w:r>
        <w:t>formulier</w:t>
      </w:r>
      <w:proofErr w:type="spellEnd"/>
      <w:r>
        <w:t xml:space="preserve"> door je </w:t>
      </w:r>
      <w:proofErr w:type="spellStart"/>
      <w:r>
        <w:t>ouders</w:t>
      </w:r>
      <w:proofErr w:type="spellEnd"/>
      <w:r>
        <w:t>/</w:t>
      </w:r>
      <w:proofErr w:type="spellStart"/>
      <w:r>
        <w:t>verzorgers</w:t>
      </w:r>
      <w:proofErr w:type="spellEnd"/>
      <w:r>
        <w:t>/</w:t>
      </w:r>
      <w:proofErr w:type="spellStart"/>
      <w:r>
        <w:t>jezelf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</w:t>
      </w:r>
      <w:proofErr w:type="spellStart"/>
      <w:r>
        <w:t>ondertekend</w:t>
      </w:r>
      <w:proofErr w:type="spellEnd"/>
      <w:r>
        <w:t>.</w:t>
      </w:r>
    </w:p>
    <w:p w14:paraId="1393F888" w14:textId="77777777" w:rsidR="00F850EF" w:rsidRDefault="00E3715D">
      <w:r>
        <w:t xml:space="preserve">Als je </w:t>
      </w:r>
      <w:proofErr w:type="spellStart"/>
      <w:r>
        <w:t>stopt</w:t>
      </w:r>
      <w:proofErr w:type="spellEnd"/>
      <w:r>
        <w:t xml:space="preserve"> met </w:t>
      </w:r>
      <w:proofErr w:type="spellStart"/>
      <w:r>
        <w:t>voetballen</w:t>
      </w:r>
      <w:proofErr w:type="spellEnd"/>
      <w:r>
        <w:t xml:space="preserve"> </w:t>
      </w:r>
      <w:proofErr w:type="spellStart"/>
      <w:r>
        <w:t>moet</w:t>
      </w:r>
      <w:proofErr w:type="spellEnd"/>
      <w:r>
        <w:t xml:space="preserve"> je </w:t>
      </w:r>
      <w:proofErr w:type="spellStart"/>
      <w:r>
        <w:t>dit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de </w:t>
      </w:r>
      <w:proofErr w:type="spellStart"/>
      <w:r>
        <w:t>leider</w:t>
      </w:r>
      <w:proofErr w:type="spellEnd"/>
      <w:r>
        <w:t xml:space="preserve">/trainer </w:t>
      </w:r>
      <w:proofErr w:type="spellStart"/>
      <w:r>
        <w:t>doorgeven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de </w:t>
      </w:r>
      <w:proofErr w:type="spellStart"/>
      <w:r>
        <w:t>kleding</w:t>
      </w:r>
      <w:proofErr w:type="spellEnd"/>
      <w:r>
        <w:t xml:space="preserve"> </w:t>
      </w:r>
      <w:proofErr w:type="spellStart"/>
      <w:r>
        <w:t>z.s.m</w:t>
      </w:r>
      <w:proofErr w:type="spellEnd"/>
      <w:r>
        <w:t xml:space="preserve">. maar </w:t>
      </w:r>
      <w:proofErr w:type="spellStart"/>
      <w:r>
        <w:t>uiterlijk</w:t>
      </w:r>
      <w:proofErr w:type="spellEnd"/>
      <w:r>
        <w:t xml:space="preserve"> </w:t>
      </w:r>
      <w:proofErr w:type="spellStart"/>
      <w:r>
        <w:t>binnen</w:t>
      </w:r>
      <w:proofErr w:type="spellEnd"/>
      <w:r>
        <w:t xml:space="preserve"> 1 week </w:t>
      </w:r>
      <w:proofErr w:type="spellStart"/>
      <w:r>
        <w:t>bij</w:t>
      </w:r>
      <w:proofErr w:type="spellEnd"/>
      <w:r>
        <w:t xml:space="preserve"> de </w:t>
      </w:r>
      <w:proofErr w:type="spellStart"/>
      <w:r>
        <w:t>leider</w:t>
      </w:r>
      <w:proofErr w:type="spellEnd"/>
      <w:r>
        <w:t xml:space="preserve">/trainer of </w:t>
      </w:r>
      <w:proofErr w:type="spellStart"/>
      <w:r>
        <w:t>coördinator</w:t>
      </w:r>
      <w:proofErr w:type="spellEnd"/>
      <w:r>
        <w:t xml:space="preserve"> van je </w:t>
      </w:r>
      <w:proofErr w:type="spellStart"/>
      <w:r>
        <w:t>leeftijdscategorie</w:t>
      </w:r>
      <w:proofErr w:type="spellEnd"/>
      <w:r>
        <w:t xml:space="preserve"> </w:t>
      </w:r>
      <w:proofErr w:type="spellStart"/>
      <w:r>
        <w:t>inleveren</w:t>
      </w:r>
      <w:proofErr w:type="spellEnd"/>
      <w:r>
        <w:t xml:space="preserve">. Als </w:t>
      </w:r>
      <w:proofErr w:type="spellStart"/>
      <w:r>
        <w:t>dit</w:t>
      </w:r>
      <w:proofErr w:type="spellEnd"/>
      <w:r>
        <w:t xml:space="preserve"> </w:t>
      </w:r>
      <w:proofErr w:type="spellStart"/>
      <w:r>
        <w:t>niet</w:t>
      </w:r>
      <w:proofErr w:type="spellEnd"/>
      <w:r>
        <w:t xml:space="preserve"> </w:t>
      </w:r>
      <w:proofErr w:type="spellStart"/>
      <w:r>
        <w:t>binnen</w:t>
      </w:r>
      <w:proofErr w:type="spellEnd"/>
      <w:r>
        <w:t xml:space="preserve"> de </w:t>
      </w:r>
      <w:proofErr w:type="spellStart"/>
      <w:r>
        <w:t>afgesproken</w:t>
      </w:r>
      <w:proofErr w:type="spellEnd"/>
      <w:r>
        <w:t xml:space="preserve"> </w:t>
      </w:r>
      <w:proofErr w:type="spellStart"/>
      <w:r>
        <w:t>tijd</w:t>
      </w:r>
      <w:proofErr w:type="spellEnd"/>
      <w:r>
        <w:t xml:space="preserve"> </w:t>
      </w:r>
      <w:proofErr w:type="spellStart"/>
      <w:r>
        <w:t>gebeurt</w:t>
      </w:r>
      <w:proofErr w:type="spellEnd"/>
      <w:r>
        <w:t xml:space="preserve">, </w:t>
      </w:r>
      <w:proofErr w:type="spellStart"/>
      <w:r>
        <w:t>wordt</w:t>
      </w:r>
      <w:proofErr w:type="spellEnd"/>
      <w:r>
        <w:t xml:space="preserve"> er door VVGZ </w:t>
      </w:r>
      <w:proofErr w:type="spellStart"/>
      <w:r>
        <w:t>een</w:t>
      </w:r>
      <w:proofErr w:type="spellEnd"/>
      <w:r>
        <w:t xml:space="preserve"> </w:t>
      </w:r>
      <w:proofErr w:type="spellStart"/>
      <w:r>
        <w:t>rekening</w:t>
      </w:r>
      <w:proofErr w:type="spellEnd"/>
      <w:r>
        <w:t xml:space="preserve"> </w:t>
      </w:r>
      <w:proofErr w:type="spellStart"/>
      <w:r>
        <w:t>naar</w:t>
      </w:r>
      <w:proofErr w:type="spellEnd"/>
      <w:r>
        <w:t xml:space="preserve"> de </w:t>
      </w:r>
      <w:proofErr w:type="spellStart"/>
      <w:r>
        <w:t>ouders</w:t>
      </w:r>
      <w:proofErr w:type="spellEnd"/>
      <w:r>
        <w:t xml:space="preserve"> </w:t>
      </w:r>
      <w:proofErr w:type="spellStart"/>
      <w:r>
        <w:t>gestuurd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de </w:t>
      </w:r>
      <w:proofErr w:type="spellStart"/>
      <w:r>
        <w:t>vervangingswaarde</w:t>
      </w:r>
      <w:proofErr w:type="spellEnd"/>
      <w:r>
        <w:t xml:space="preserve"> van de </w:t>
      </w:r>
      <w:proofErr w:type="spellStart"/>
      <w:r>
        <w:t>kleding</w:t>
      </w:r>
      <w:proofErr w:type="spellEnd"/>
      <w:r>
        <w:t xml:space="preserve">. Het </w:t>
      </w:r>
      <w:proofErr w:type="spellStart"/>
      <w:r>
        <w:t>niet</w:t>
      </w:r>
      <w:proofErr w:type="spellEnd"/>
      <w:r>
        <w:t xml:space="preserve"> </w:t>
      </w:r>
      <w:proofErr w:type="spellStart"/>
      <w:r>
        <w:t>voldoen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</w:t>
      </w:r>
      <w:proofErr w:type="spellStart"/>
      <w:r>
        <w:t>deze</w:t>
      </w:r>
      <w:proofErr w:type="spellEnd"/>
      <w:r>
        <w:t xml:space="preserve"> </w:t>
      </w:r>
      <w:proofErr w:type="spellStart"/>
      <w:r>
        <w:t>voorwaarden</w:t>
      </w:r>
      <w:proofErr w:type="spellEnd"/>
      <w:r>
        <w:t xml:space="preserve"> </w:t>
      </w:r>
      <w:proofErr w:type="spellStart"/>
      <w:r>
        <w:t>zal</w:t>
      </w:r>
      <w:proofErr w:type="spellEnd"/>
      <w:r>
        <w:t xml:space="preserve"> </w:t>
      </w:r>
      <w:proofErr w:type="spellStart"/>
      <w:r>
        <w:t>betekenen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eventuele</w:t>
      </w:r>
      <w:proofErr w:type="spellEnd"/>
      <w:r>
        <w:t xml:space="preserve"> </w:t>
      </w:r>
      <w:proofErr w:type="spellStart"/>
      <w:r>
        <w:t>overschrijving</w:t>
      </w:r>
      <w:proofErr w:type="spellEnd"/>
      <w:r>
        <w:t xml:space="preserve"> </w:t>
      </w:r>
      <w:proofErr w:type="spellStart"/>
      <w:r>
        <w:t>naar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andere</w:t>
      </w:r>
      <w:proofErr w:type="spellEnd"/>
      <w:r>
        <w:t xml:space="preserve"> club of </w:t>
      </w:r>
      <w:proofErr w:type="spellStart"/>
      <w:r>
        <w:t>een</w:t>
      </w:r>
      <w:proofErr w:type="spellEnd"/>
      <w:r>
        <w:t xml:space="preserve"> </w:t>
      </w:r>
      <w:proofErr w:type="spellStart"/>
      <w:r>
        <w:t>afmelding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je </w:t>
      </w:r>
      <w:proofErr w:type="spellStart"/>
      <w:r>
        <w:t>helemaal</w:t>
      </w:r>
      <w:proofErr w:type="spellEnd"/>
      <w:r>
        <w:t xml:space="preserve"> </w:t>
      </w:r>
      <w:proofErr w:type="spellStart"/>
      <w:r>
        <w:t>stopt</w:t>
      </w:r>
      <w:proofErr w:type="spellEnd"/>
      <w:r>
        <w:t xml:space="preserve"> met </w:t>
      </w:r>
      <w:proofErr w:type="spellStart"/>
      <w:r>
        <w:t>voetballen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</w:t>
      </w:r>
      <w:proofErr w:type="spellStart"/>
      <w:r>
        <w:t>tegengehouden</w:t>
      </w:r>
      <w:proofErr w:type="spellEnd"/>
      <w:r>
        <w:t xml:space="preserve"> </w:t>
      </w:r>
      <w:proofErr w:type="spellStart"/>
      <w:r>
        <w:t>d.m.v.</w:t>
      </w:r>
      <w:proofErr w:type="spellEnd"/>
      <w:r>
        <w:t xml:space="preserve"> </w:t>
      </w:r>
      <w:proofErr w:type="spellStart"/>
      <w:r>
        <w:t>een</w:t>
      </w:r>
      <w:proofErr w:type="spellEnd"/>
      <w:r>
        <w:t xml:space="preserve"> </w:t>
      </w:r>
      <w:proofErr w:type="spellStart"/>
      <w:r>
        <w:t>financiële</w:t>
      </w:r>
      <w:proofErr w:type="spellEnd"/>
      <w:r>
        <w:t xml:space="preserve"> </w:t>
      </w:r>
      <w:proofErr w:type="spellStart"/>
      <w:r>
        <w:t>blokkade</w:t>
      </w:r>
      <w:proofErr w:type="spellEnd"/>
      <w:r>
        <w:t xml:space="preserve">. </w:t>
      </w:r>
      <w:proofErr w:type="spellStart"/>
      <w:r>
        <w:t>Zodra</w:t>
      </w:r>
      <w:proofErr w:type="spellEnd"/>
      <w:r>
        <w:t xml:space="preserve"> </w:t>
      </w:r>
      <w:proofErr w:type="spellStart"/>
      <w:r>
        <w:t>aan</w:t>
      </w:r>
      <w:proofErr w:type="spellEnd"/>
      <w:r>
        <w:t xml:space="preserve"> alle </w:t>
      </w:r>
      <w:proofErr w:type="spellStart"/>
      <w:r>
        <w:t>verplichtingen</w:t>
      </w:r>
      <w:proofErr w:type="spellEnd"/>
      <w:r>
        <w:t xml:space="preserve"> is </w:t>
      </w:r>
      <w:proofErr w:type="spellStart"/>
      <w:r>
        <w:t>voldaan</w:t>
      </w:r>
      <w:proofErr w:type="spellEnd"/>
      <w:r>
        <w:t xml:space="preserve">, </w:t>
      </w:r>
      <w:proofErr w:type="spellStart"/>
      <w:r>
        <w:t>zal</w:t>
      </w:r>
      <w:proofErr w:type="spellEnd"/>
      <w:r>
        <w:t xml:space="preserve"> </w:t>
      </w:r>
      <w:proofErr w:type="spellStart"/>
      <w:r>
        <w:t>deze</w:t>
      </w:r>
      <w:proofErr w:type="spellEnd"/>
      <w:r>
        <w:t xml:space="preserve"> </w:t>
      </w:r>
      <w:proofErr w:type="spellStart"/>
      <w:r>
        <w:t>blokkade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verwijderd</w:t>
      </w:r>
      <w:proofErr w:type="spellEnd"/>
      <w:r>
        <w:t>.</w:t>
      </w:r>
    </w:p>
    <w:p w14:paraId="2EB225D7" w14:textId="77777777" w:rsidR="00F850EF" w:rsidRDefault="00E3715D">
      <w:proofErr w:type="spellStart"/>
      <w:r>
        <w:rPr>
          <w:sz w:val="24"/>
        </w:rPr>
        <w:t>Bij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verlies</w:t>
      </w:r>
      <w:proofErr w:type="spellEnd"/>
      <w:r>
        <w:rPr>
          <w:sz w:val="24"/>
        </w:rPr>
        <w:t xml:space="preserve"> of </w:t>
      </w:r>
      <w:proofErr w:type="spellStart"/>
      <w:r>
        <w:rPr>
          <w:sz w:val="24"/>
        </w:rPr>
        <w:t>beschadiging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moet</w:t>
      </w:r>
      <w:proofErr w:type="spellEnd"/>
      <w:r>
        <w:rPr>
          <w:sz w:val="24"/>
        </w:rPr>
        <w:t xml:space="preserve"> je </w:t>
      </w:r>
      <w:proofErr w:type="spellStart"/>
      <w:r>
        <w:rPr>
          <w:sz w:val="24"/>
        </w:rPr>
        <w:t>z.s.m</w:t>
      </w:r>
      <w:proofErr w:type="spellEnd"/>
      <w:r>
        <w:rPr>
          <w:sz w:val="24"/>
        </w:rPr>
        <w:t xml:space="preserve">. de </w:t>
      </w:r>
      <w:proofErr w:type="spellStart"/>
      <w:r>
        <w:rPr>
          <w:sz w:val="24"/>
        </w:rPr>
        <w:t>leider</w:t>
      </w:r>
      <w:proofErr w:type="spellEnd"/>
      <w:r>
        <w:rPr>
          <w:sz w:val="24"/>
        </w:rPr>
        <w:t xml:space="preserve">/trainer </w:t>
      </w:r>
      <w:proofErr w:type="spellStart"/>
      <w:r>
        <w:rPr>
          <w:sz w:val="24"/>
        </w:rPr>
        <w:t>hiervan</w:t>
      </w:r>
      <w:proofErr w:type="spellEnd"/>
      <w:r>
        <w:rPr>
          <w:sz w:val="24"/>
        </w:rPr>
        <w:t xml:space="preserve"> in </w:t>
      </w:r>
      <w:proofErr w:type="spellStart"/>
      <w:r>
        <w:rPr>
          <w:sz w:val="24"/>
        </w:rPr>
        <w:t>kennis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stellen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Vervanging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bij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verlies</w:t>
      </w:r>
      <w:proofErr w:type="spellEnd"/>
      <w:r>
        <w:rPr>
          <w:sz w:val="24"/>
        </w:rPr>
        <w:t xml:space="preserve">, of </w:t>
      </w:r>
      <w:proofErr w:type="spellStart"/>
      <w:r>
        <w:rPr>
          <w:sz w:val="24"/>
        </w:rPr>
        <w:t>schade</w:t>
      </w:r>
      <w:proofErr w:type="spellEnd"/>
      <w:r>
        <w:rPr>
          <w:sz w:val="24"/>
        </w:rPr>
        <w:t xml:space="preserve"> door eigen </w:t>
      </w:r>
      <w:proofErr w:type="spellStart"/>
      <w:r>
        <w:rPr>
          <w:sz w:val="24"/>
        </w:rPr>
        <w:t>toedoen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valt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niet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onder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vergoeding</w:t>
      </w:r>
      <w:proofErr w:type="spellEnd"/>
      <w:r>
        <w:rPr>
          <w:sz w:val="24"/>
        </w:rPr>
        <w:t xml:space="preserve"> in het </w:t>
      </w:r>
      <w:proofErr w:type="spellStart"/>
      <w:r>
        <w:rPr>
          <w:sz w:val="24"/>
        </w:rPr>
        <w:t>kledingplan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Dit</w:t>
      </w:r>
      <w:proofErr w:type="spellEnd"/>
      <w:r>
        <w:rPr>
          <w:sz w:val="24"/>
        </w:rPr>
        <w:t xml:space="preserve"> is </w:t>
      </w:r>
      <w:proofErr w:type="spellStart"/>
      <w:r>
        <w:rPr>
          <w:sz w:val="24"/>
        </w:rPr>
        <w:t>voor</w:t>
      </w:r>
      <w:proofErr w:type="spellEnd"/>
      <w:r>
        <w:rPr>
          <w:sz w:val="24"/>
        </w:rPr>
        <w:t xml:space="preserve"> </w:t>
      </w:r>
      <w:r>
        <w:rPr>
          <w:sz w:val="24"/>
        </w:rPr>
        <w:lastRenderedPageBreak/>
        <w:t xml:space="preserve">eigen </w:t>
      </w:r>
      <w:proofErr w:type="spellStart"/>
      <w:r>
        <w:rPr>
          <w:sz w:val="24"/>
        </w:rPr>
        <w:t>rekening</w:t>
      </w:r>
      <w:proofErr w:type="spellEnd"/>
      <w:r>
        <w:rPr>
          <w:sz w:val="24"/>
        </w:rPr>
        <w:t xml:space="preserve">. De </w:t>
      </w:r>
      <w:proofErr w:type="spellStart"/>
      <w:r>
        <w:rPr>
          <w:sz w:val="24"/>
        </w:rPr>
        <w:t>prijs</w:t>
      </w:r>
      <w:proofErr w:type="spellEnd"/>
      <w:r>
        <w:rPr>
          <w:sz w:val="24"/>
        </w:rPr>
        <w:t xml:space="preserve"> die dan </w:t>
      </w:r>
      <w:proofErr w:type="spellStart"/>
      <w:r>
        <w:rPr>
          <w:sz w:val="24"/>
        </w:rPr>
        <w:t>geldt</w:t>
      </w:r>
      <w:proofErr w:type="spellEnd"/>
      <w:r>
        <w:rPr>
          <w:sz w:val="24"/>
        </w:rPr>
        <w:t xml:space="preserve">, is de </w:t>
      </w:r>
      <w:proofErr w:type="spellStart"/>
      <w:r>
        <w:rPr>
          <w:sz w:val="24"/>
        </w:rPr>
        <w:t>prijs</w:t>
      </w:r>
      <w:proofErr w:type="spellEnd"/>
      <w:r>
        <w:rPr>
          <w:sz w:val="24"/>
        </w:rPr>
        <w:t xml:space="preserve"> die </w:t>
      </w:r>
      <w:proofErr w:type="spellStart"/>
      <w:r>
        <w:rPr>
          <w:sz w:val="24"/>
        </w:rPr>
        <w:t>Voorwinden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rekent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als</w:t>
      </w:r>
      <w:proofErr w:type="spellEnd"/>
      <w:r>
        <w:rPr>
          <w:sz w:val="24"/>
        </w:rPr>
        <w:t xml:space="preserve"> je </w:t>
      </w:r>
      <w:proofErr w:type="spellStart"/>
      <w:r>
        <w:rPr>
          <w:sz w:val="24"/>
        </w:rPr>
        <w:t>een</w:t>
      </w:r>
      <w:proofErr w:type="spellEnd"/>
      <w:r>
        <w:rPr>
          <w:sz w:val="24"/>
        </w:rPr>
        <w:t xml:space="preserve"> tenue </w:t>
      </w:r>
      <w:proofErr w:type="spellStart"/>
      <w:r>
        <w:rPr>
          <w:sz w:val="24"/>
        </w:rPr>
        <w:t>aanschaft</w:t>
      </w:r>
      <w:proofErr w:type="spellEnd"/>
      <w:r>
        <w:rPr>
          <w:sz w:val="24"/>
        </w:rPr>
        <w:t xml:space="preserve"> in de </w:t>
      </w:r>
      <w:proofErr w:type="spellStart"/>
      <w:r>
        <w:rPr>
          <w:sz w:val="24"/>
        </w:rPr>
        <w:t>winkel</w:t>
      </w:r>
      <w:proofErr w:type="spellEnd"/>
      <w:r>
        <w:rPr>
          <w:sz w:val="24"/>
        </w:rPr>
        <w:t>.</w:t>
      </w:r>
    </w:p>
    <w:p w14:paraId="036277EF" w14:textId="77777777" w:rsidR="00F850EF" w:rsidRDefault="00E3715D">
      <w:proofErr w:type="spellStart"/>
      <w:r>
        <w:t>Hierbij</w:t>
      </w:r>
      <w:proofErr w:type="spellEnd"/>
      <w:r>
        <w:t xml:space="preserve"> </w:t>
      </w:r>
      <w:proofErr w:type="spellStart"/>
      <w:r>
        <w:t>verklaren</w:t>
      </w:r>
      <w:proofErr w:type="spellEnd"/>
      <w:r>
        <w:t xml:space="preserve"> </w:t>
      </w:r>
      <w:proofErr w:type="spellStart"/>
      <w:r>
        <w:t>wij</w:t>
      </w:r>
      <w:proofErr w:type="spellEnd"/>
      <w:r>
        <w:t xml:space="preserve"> </w:t>
      </w:r>
      <w:proofErr w:type="spellStart"/>
      <w:r>
        <w:t>goede</w:t>
      </w:r>
      <w:proofErr w:type="spellEnd"/>
      <w:r>
        <w:t xml:space="preserve"> </w:t>
      </w:r>
      <w:proofErr w:type="spellStart"/>
      <w:r>
        <w:t>zorg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dragen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de </w:t>
      </w:r>
      <w:proofErr w:type="spellStart"/>
      <w:r>
        <w:t>geleende</w:t>
      </w:r>
      <w:proofErr w:type="spellEnd"/>
      <w:r>
        <w:t xml:space="preserve"> </w:t>
      </w:r>
      <w:proofErr w:type="spellStart"/>
      <w:r>
        <w:t>kleding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het </w:t>
      </w:r>
      <w:proofErr w:type="spellStart"/>
      <w:r>
        <w:t>compleet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onbeschadigd</w:t>
      </w:r>
      <w:proofErr w:type="spellEnd"/>
      <w:r>
        <w:t xml:space="preserve"> </w:t>
      </w:r>
      <w:proofErr w:type="spellStart"/>
      <w:r>
        <w:t>weer</w:t>
      </w:r>
      <w:proofErr w:type="spellEnd"/>
      <w:r>
        <w:t xml:space="preserve"> in </w:t>
      </w:r>
      <w:proofErr w:type="spellStart"/>
      <w:r>
        <w:t>te</w:t>
      </w:r>
      <w:proofErr w:type="spellEnd"/>
      <w:r>
        <w:t xml:space="preserve"> </w:t>
      </w:r>
      <w:proofErr w:type="spellStart"/>
      <w:r>
        <w:t>leveren</w:t>
      </w:r>
      <w:proofErr w:type="spellEnd"/>
      <w:r>
        <w:t xml:space="preserve"> </w:t>
      </w:r>
      <w:proofErr w:type="spellStart"/>
      <w:r>
        <w:t>wanneer</w:t>
      </w:r>
      <w:proofErr w:type="spellEnd"/>
      <w:r>
        <w:t xml:space="preserve"> er </w:t>
      </w:r>
      <w:proofErr w:type="spellStart"/>
      <w:r>
        <w:t>gestopt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met </w:t>
      </w:r>
      <w:proofErr w:type="spellStart"/>
      <w:r>
        <w:t>voetballen</w:t>
      </w:r>
      <w:proofErr w:type="spellEnd"/>
      <w:r>
        <w:t xml:space="preserve"> dan </w:t>
      </w:r>
      <w:proofErr w:type="spellStart"/>
      <w:r>
        <w:t>wel</w:t>
      </w:r>
      <w:proofErr w:type="spellEnd"/>
      <w:r>
        <w:t xml:space="preserve"> het </w:t>
      </w:r>
      <w:proofErr w:type="spellStart"/>
      <w:r>
        <w:t>lidmaatschap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</w:t>
      </w:r>
      <w:proofErr w:type="spellStart"/>
      <w:r>
        <w:t>beëindigd</w:t>
      </w:r>
      <w:proofErr w:type="spellEnd"/>
      <w:r>
        <w:t>.</w:t>
      </w:r>
    </w:p>
    <w:p w14:paraId="739FC298" w14:textId="77777777" w:rsidR="00F850EF" w:rsidRDefault="00E3715D">
      <w:pPr>
        <w:spacing w:before="200" w:after="240"/>
      </w:pPr>
      <w:proofErr w:type="spellStart"/>
      <w:r>
        <w:rPr>
          <w:b/>
        </w:rPr>
        <w:t>Handtekening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akkoord</w:t>
      </w:r>
      <w:proofErr w:type="spellEnd"/>
      <w:r>
        <w:rPr>
          <w:b/>
        </w:rPr>
        <w:t xml:space="preserve"> + </w:t>
      </w:r>
      <w:proofErr w:type="spellStart"/>
      <w:r>
        <w:rPr>
          <w:b/>
        </w:rPr>
        <w:t>ontvangst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speler</w:t>
      </w:r>
      <w:proofErr w:type="spellEnd"/>
      <w:r>
        <w:rPr>
          <w:b/>
        </w:rPr>
        <w:t>/</w:t>
      </w:r>
      <w:proofErr w:type="spellStart"/>
      <w:r>
        <w:rPr>
          <w:b/>
        </w:rPr>
        <w:t>ouder</w:t>
      </w:r>
      <w:proofErr w:type="spellEnd"/>
      <w:r>
        <w:rPr>
          <w:b/>
        </w:rPr>
        <w:t>/</w:t>
      </w:r>
      <w:proofErr w:type="spellStart"/>
      <w:r>
        <w:rPr>
          <w:b/>
        </w:rPr>
        <w:t>verzorger</w:t>
      </w:r>
      <w:proofErr w:type="spellEnd"/>
      <w:r>
        <w:rPr>
          <w:b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8391"/>
      </w:tblGrid>
      <w:tr w:rsidR="00F850EF" w14:paraId="3F5AA8C4" w14:textId="77777777">
        <w:trPr>
          <w:trHeight w:val="482"/>
        </w:trPr>
        <w:tc>
          <w:tcPr>
            <w:tcW w:w="1134" w:type="dxa"/>
            <w:vAlign w:val="center"/>
          </w:tcPr>
          <w:p w14:paraId="52F938F4" w14:textId="77777777" w:rsidR="00F850EF" w:rsidRDefault="00E3715D">
            <w:pPr>
              <w:spacing w:before="20" w:after="60" w:line="240" w:lineRule="auto"/>
            </w:pPr>
            <w:r>
              <w:t>Datum</w:t>
            </w:r>
          </w:p>
        </w:tc>
        <w:tc>
          <w:tcPr>
            <w:tcW w:w="8391" w:type="dxa"/>
            <w:vAlign w:val="center"/>
          </w:tcPr>
          <w:p w14:paraId="3E0ACCAC" w14:textId="77777777" w:rsidR="00F850EF" w:rsidRDefault="00E3715D">
            <w:pPr>
              <w:spacing w:before="20" w:after="60" w:line="240" w:lineRule="auto"/>
            </w:pPr>
            <w:r>
              <w:t>........................................................................................</w:t>
            </w:r>
          </w:p>
        </w:tc>
      </w:tr>
      <w:tr w:rsidR="00F850EF" w14:paraId="35AEFC4D" w14:textId="77777777">
        <w:trPr>
          <w:trHeight w:val="482"/>
        </w:trPr>
        <w:tc>
          <w:tcPr>
            <w:tcW w:w="1134" w:type="dxa"/>
            <w:vAlign w:val="center"/>
          </w:tcPr>
          <w:p w14:paraId="14094F95" w14:textId="77777777" w:rsidR="00F850EF" w:rsidRDefault="00E3715D">
            <w:pPr>
              <w:spacing w:before="20" w:after="60" w:line="240" w:lineRule="auto"/>
            </w:pPr>
            <w:r>
              <w:t>Naam</w:t>
            </w:r>
          </w:p>
        </w:tc>
        <w:tc>
          <w:tcPr>
            <w:tcW w:w="8391" w:type="dxa"/>
            <w:vAlign w:val="center"/>
          </w:tcPr>
          <w:p w14:paraId="443EBB94" w14:textId="77777777" w:rsidR="00F850EF" w:rsidRDefault="00E3715D">
            <w:pPr>
              <w:spacing w:before="20" w:after="60" w:line="240" w:lineRule="auto"/>
            </w:pPr>
            <w:r>
              <w:t>........................................................................................</w:t>
            </w:r>
          </w:p>
        </w:tc>
      </w:tr>
      <w:tr w:rsidR="00F850EF" w14:paraId="13A9F40A" w14:textId="77777777">
        <w:trPr>
          <w:trHeight w:val="482"/>
        </w:trPr>
        <w:tc>
          <w:tcPr>
            <w:tcW w:w="1134" w:type="dxa"/>
            <w:vAlign w:val="center"/>
          </w:tcPr>
          <w:p w14:paraId="1511E028" w14:textId="77777777" w:rsidR="00F850EF" w:rsidRDefault="00E3715D">
            <w:pPr>
              <w:spacing w:before="20" w:after="60" w:line="240" w:lineRule="auto"/>
            </w:pPr>
            <w:r>
              <w:t>e-mail</w:t>
            </w:r>
          </w:p>
        </w:tc>
        <w:tc>
          <w:tcPr>
            <w:tcW w:w="8391" w:type="dxa"/>
            <w:vAlign w:val="center"/>
          </w:tcPr>
          <w:p w14:paraId="69D10B43" w14:textId="77777777" w:rsidR="00F850EF" w:rsidRDefault="00E3715D">
            <w:pPr>
              <w:spacing w:before="20" w:after="60" w:line="240" w:lineRule="auto"/>
            </w:pPr>
            <w:r>
              <w:t>........................................................................................</w:t>
            </w:r>
          </w:p>
        </w:tc>
      </w:tr>
      <w:tr w:rsidR="00F850EF" w14:paraId="3EF71945" w14:textId="77777777">
        <w:trPr>
          <w:trHeight w:val="482"/>
        </w:trPr>
        <w:tc>
          <w:tcPr>
            <w:tcW w:w="1134" w:type="dxa"/>
            <w:vAlign w:val="center"/>
          </w:tcPr>
          <w:p w14:paraId="7A03F048" w14:textId="77777777" w:rsidR="00F850EF" w:rsidRDefault="00E3715D">
            <w:pPr>
              <w:spacing w:before="20" w:after="60" w:line="240" w:lineRule="auto"/>
            </w:pPr>
            <w:proofErr w:type="spellStart"/>
            <w:r>
              <w:t>mobiel</w:t>
            </w:r>
            <w:proofErr w:type="spellEnd"/>
          </w:p>
        </w:tc>
        <w:tc>
          <w:tcPr>
            <w:tcW w:w="8391" w:type="dxa"/>
            <w:vAlign w:val="center"/>
          </w:tcPr>
          <w:p w14:paraId="0425F365" w14:textId="77777777" w:rsidR="00F850EF" w:rsidRDefault="00E3715D">
            <w:pPr>
              <w:spacing w:before="20" w:after="60" w:line="240" w:lineRule="auto"/>
            </w:pPr>
            <w:r>
              <w:t>........................................................................................</w:t>
            </w:r>
          </w:p>
        </w:tc>
      </w:tr>
    </w:tbl>
    <w:p w14:paraId="28915305" w14:textId="77777777" w:rsidR="00F850EF" w:rsidRDefault="00E3715D">
      <w:pPr>
        <w:spacing w:before="200" w:after="240"/>
      </w:pPr>
      <w:proofErr w:type="spellStart"/>
      <w:r>
        <w:rPr>
          <w:b/>
        </w:rPr>
        <w:t>Handtekening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i.g.v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alleen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ontvangst</w:t>
      </w:r>
      <w:proofErr w:type="spellEnd"/>
      <w:r>
        <w:rPr>
          <w:b/>
        </w:rPr>
        <w:t>:</w:t>
      </w:r>
    </w:p>
    <w:p w14:paraId="6A2AB052" w14:textId="77777777" w:rsidR="00F850EF" w:rsidRDefault="00E3715D">
      <w:pPr>
        <w:spacing w:before="200" w:after="240"/>
      </w:pPr>
      <w:r>
        <w:t>Naam   ........................................................................................</w:t>
      </w:r>
    </w:p>
    <w:p w14:paraId="02BB1AE6" w14:textId="77777777" w:rsidR="00F850EF" w:rsidRDefault="00E3715D">
      <w:pPr>
        <w:spacing w:after="320"/>
      </w:pPr>
      <w:r>
        <w:t>Rol/</w:t>
      </w:r>
      <w:proofErr w:type="spellStart"/>
      <w:r>
        <w:t>relatie</w:t>
      </w:r>
      <w:proofErr w:type="spellEnd"/>
      <w:r>
        <w:t xml:space="preserve"> </w:t>
      </w:r>
      <w:proofErr w:type="spellStart"/>
      <w:r>
        <w:t>speler</w:t>
      </w:r>
      <w:proofErr w:type="spellEnd"/>
      <w:r>
        <w:t>/</w:t>
      </w:r>
      <w:proofErr w:type="spellStart"/>
      <w:r>
        <w:t>speelster</w:t>
      </w:r>
      <w:proofErr w:type="spellEnd"/>
      <w:r>
        <w:t>/trainer/</w:t>
      </w:r>
      <w:proofErr w:type="spellStart"/>
      <w:r>
        <w:t>leider</w:t>
      </w:r>
      <w:proofErr w:type="spellEnd"/>
      <w:r>
        <w:t xml:space="preserve">   ................................................................</w:t>
      </w:r>
    </w:p>
    <w:sectPr w:rsidR="00F850EF" w:rsidSect="00034616">
      <w:headerReference w:type="default" r:id="rId8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95B36A" w14:textId="77777777" w:rsidR="00E3715D" w:rsidRDefault="00E3715D">
      <w:pPr>
        <w:spacing w:after="0" w:line="240" w:lineRule="auto"/>
      </w:pPr>
      <w:r>
        <w:separator/>
      </w:r>
    </w:p>
  </w:endnote>
  <w:endnote w:type="continuationSeparator" w:id="0">
    <w:p w14:paraId="4BAA5B70" w14:textId="77777777" w:rsidR="00E3715D" w:rsidRDefault="00E37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03AC9D" w14:textId="77777777" w:rsidR="00E3715D" w:rsidRDefault="00E3715D">
      <w:pPr>
        <w:spacing w:after="0" w:line="240" w:lineRule="auto"/>
      </w:pPr>
      <w:r>
        <w:separator/>
      </w:r>
    </w:p>
  </w:footnote>
  <w:footnote w:type="continuationSeparator" w:id="0">
    <w:p w14:paraId="04C7E06C" w14:textId="77777777" w:rsidR="00E3715D" w:rsidRDefault="00E37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656841" w14:textId="77777777" w:rsidR="00F850EF" w:rsidRDefault="00F850EF">
    <w:pPr>
      <w:jc w:val="right"/>
    </w:pPr>
  </w:p>
  <w:tbl>
    <w:tblPr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4819"/>
      <w:gridCol w:w="4819"/>
    </w:tblGrid>
    <w:tr w:rsidR="00F850EF" w14:paraId="6CA621BA" w14:textId="77777777">
      <w:tc>
        <w:tcPr>
          <w:tcW w:w="4819" w:type="dxa"/>
        </w:tcPr>
        <w:p w14:paraId="205D721D" w14:textId="77777777" w:rsidR="00F850EF" w:rsidRDefault="00E3715D">
          <w:pPr>
            <w:spacing w:after="0"/>
          </w:pPr>
          <w:r>
            <w:rPr>
              <w:noProof/>
            </w:rPr>
            <w:drawing>
              <wp:inline distT="0" distB="0" distL="0" distR="0" wp14:anchorId="263876F9" wp14:editId="5F38EAEC">
                <wp:extent cx="450000" cy="561951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0000" cy="5619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</w:tcPr>
        <w:p w14:paraId="3BEF769C" w14:textId="77777777" w:rsidR="00F850EF" w:rsidRDefault="00E3715D">
          <w:pPr>
            <w:spacing w:after="0"/>
          </w:pPr>
          <w:r>
            <w:rPr>
              <w:b/>
              <w:sz w:val="18"/>
            </w:rPr>
            <w:t xml:space="preserve">CONTRACT KLEDINGPLAN VVGZ - </w:t>
          </w:r>
          <w:proofErr w:type="spellStart"/>
          <w:r>
            <w:rPr>
              <w:b/>
              <w:sz w:val="18"/>
            </w:rPr>
            <w:t>aug.</w:t>
          </w:r>
          <w:proofErr w:type="spellEnd"/>
          <w:r>
            <w:rPr>
              <w:b/>
              <w:sz w:val="18"/>
            </w:rPr>
            <w:t xml:space="preserve"> '26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8193787">
    <w:abstractNumId w:val="8"/>
  </w:num>
  <w:num w:numId="2" w16cid:durableId="1889418810">
    <w:abstractNumId w:val="6"/>
  </w:num>
  <w:num w:numId="3" w16cid:durableId="710377024">
    <w:abstractNumId w:val="5"/>
  </w:num>
  <w:num w:numId="4" w16cid:durableId="699820630">
    <w:abstractNumId w:val="4"/>
  </w:num>
  <w:num w:numId="5" w16cid:durableId="949974341">
    <w:abstractNumId w:val="7"/>
  </w:num>
  <w:num w:numId="6" w16cid:durableId="763110788">
    <w:abstractNumId w:val="3"/>
  </w:num>
  <w:num w:numId="7" w16cid:durableId="1903521642">
    <w:abstractNumId w:val="2"/>
  </w:num>
  <w:num w:numId="8" w16cid:durableId="1466315285">
    <w:abstractNumId w:val="1"/>
  </w:num>
  <w:num w:numId="9" w16cid:durableId="511258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1D8C"/>
    <w:rsid w:val="00AA1D8D"/>
    <w:rsid w:val="00B47730"/>
    <w:rsid w:val="00CB0664"/>
    <w:rsid w:val="00E3715D"/>
    <w:rsid w:val="00F850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9E0769"/>
  <w14:defaultImageDpi w14:val="300"/>
  <w15:docId w15:val="{D91394DB-B485-4DF5-8B89-D08FB582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160" w:line="259" w:lineRule="auto"/>
    </w:pPr>
    <w:rPr>
      <w:rFonts w:ascii="Aptos" w:eastAsia="Aptos" w:hAnsi="Aptos"/>
      <w:sz w:val="23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Stefan Waard de</cp:lastModifiedBy>
  <cp:revision>2</cp:revision>
  <dcterms:created xsi:type="dcterms:W3CDTF">2026-08-30T10:56:00Z</dcterms:created>
  <dcterms:modified xsi:type="dcterms:W3CDTF">2026-08-30T10:56:00Z</dcterms:modified>
  <cp:category/>
</cp:coreProperties>
</file>